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0071E3"/>
          <w:sz w:val="20"/>
        </w:rPr>
        <w:t>PayReminder</w:t>
      </w:r>
    </w:p>
    <w:p>
      <w:pPr>
        <w:spacing w:after="80"/>
      </w:pPr>
      <w:r>
        <w:rPr>
          <w:b/>
          <w:i w:val="0"/>
          <w:sz w:val="40"/>
        </w:rPr>
        <w:t>5 modèles de lettre de relance de facture impayée</w:t>
      </w:r>
    </w:p>
    <w:p>
      <w:pPr>
        <w:spacing w:after="320"/>
      </w:pPr>
      <w:r>
        <w:rPr>
          <w:b w:val="0"/>
          <w:i w:val="0"/>
          <w:color w:val="6E6E73"/>
          <w:sz w:val="24"/>
        </w:rPr>
        <w:t>De la première relance au dernier rappel avant mise en demeure.</w:t>
      </w:r>
    </w:p>
    <w:p>
      <w:pPr>
        <w:spacing w:after="120"/>
      </w:pPr>
      <w:r>
        <w:rPr>
          <w:b/>
          <w:i w:val="0"/>
          <w:sz w:val="26"/>
        </w:rPr>
        <w:t>Mode d’emploi</w:t>
      </w:r>
    </w:p>
    <w:p>
      <w:pPr>
        <w:spacing w:after="80"/>
        <w:ind w:left="227"/>
      </w:pPr>
      <w:r>
        <w:rPr>
          <w:b w:val="0"/>
          <w:i w:val="0"/>
          <w:sz w:val="22"/>
        </w:rPr>
        <w:t>• Remplacez tous les champs entre crochets [ ] par vos informations, puis supprimez les crochets.</w:t>
      </w:r>
    </w:p>
    <w:p>
      <w:pPr>
        <w:spacing w:after="80"/>
        <w:ind w:left="227"/>
      </w:pPr>
      <w:r>
        <w:rPr>
          <w:b w:val="0"/>
          <w:i w:val="0"/>
          <w:sz w:val="22"/>
        </w:rPr>
        <w:t>• Envoyez les lettres dans l’ordre, en laissant au client le délai indiqué entre chacune.</w:t>
      </w:r>
    </w:p>
    <w:p>
      <w:pPr>
        <w:spacing w:after="80"/>
        <w:ind w:left="227"/>
      </w:pPr>
      <w:r>
        <w:rPr>
          <w:b w:val="0"/>
          <w:i w:val="0"/>
          <w:sz w:val="22"/>
        </w:rPr>
        <w:t>• Joignez la facture concernée à chaque envoi et gardez une copie datée de chaque lettre.</w:t>
      </w:r>
    </w:p>
    <w:p>
      <w:pPr>
        <w:spacing w:after="80"/>
        <w:ind w:left="227"/>
      </w:pPr>
      <w:r>
        <w:rPr>
          <w:b w:val="0"/>
          <w:i w:val="0"/>
          <w:sz w:val="22"/>
        </w:rPr>
        <w:t>• À partir de la lettre 3, l’envoi en recommandé avec accusé de réception est conseillé : il prouve la date de votre démarche.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Calendrier conseillé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>
              <w:t>Lettre</w:t>
            </w:r>
          </w:p>
        </w:tc>
        <w:tc>
          <w:tcPr>
            <w:tcW w:type="dxa" w:w="3137"/>
          </w:tcPr>
          <w:p>
            <w:r>
              <w:t>Quand l’envoyer</w:t>
            </w:r>
          </w:p>
        </w:tc>
        <w:tc>
          <w:tcPr>
            <w:tcW w:type="dxa" w:w="3137"/>
          </w:tcPr>
          <w:p>
            <w:r>
              <w:t>Envoi</w:t>
            </w:r>
          </w:p>
        </w:tc>
      </w:tr>
      <w:tr>
        <w:tc>
          <w:tcPr>
            <w:tcW w:type="dxa" w:w="3137"/>
          </w:tcPr>
          <w:p>
            <w:r>
              <w:t>Lettre 1</w:t>
            </w:r>
          </w:p>
        </w:tc>
        <w:tc>
          <w:tcPr>
            <w:tcW w:type="dxa" w:w="3137"/>
          </w:tcPr>
          <w:p>
            <w:r>
              <w:t>Quelques jours après l’échéance (J+3 à J+7)</w:t>
            </w:r>
          </w:p>
        </w:tc>
        <w:tc>
          <w:tcPr>
            <w:tcW w:type="dxa" w:w="3137"/>
          </w:tcPr>
          <w:p>
            <w:r>
              <w:t>Courrier ou e-mail</w:t>
            </w:r>
          </w:p>
        </w:tc>
      </w:tr>
      <w:tr>
        <w:tc>
          <w:tcPr>
            <w:tcW w:type="dxa" w:w="3137"/>
          </w:tcPr>
          <w:p>
            <w:r>
              <w:t>Lettre 2</w:t>
            </w:r>
          </w:p>
        </w:tc>
        <w:tc>
          <w:tcPr>
            <w:tcW w:type="dxa" w:w="3137"/>
          </w:tcPr>
          <w:p>
            <w:r>
              <w:t>Environ 15 jours après l’échéance</w:t>
            </w:r>
          </w:p>
        </w:tc>
        <w:tc>
          <w:tcPr>
            <w:tcW w:type="dxa" w:w="3137"/>
          </w:tcPr>
          <w:p>
            <w:r>
              <w:t>Courrier ou e-mail</w:t>
            </w:r>
          </w:p>
        </w:tc>
      </w:tr>
      <w:tr>
        <w:tc>
          <w:tcPr>
            <w:tcW w:type="dxa" w:w="3137"/>
          </w:tcPr>
          <w:p>
            <w:r>
              <w:t>Lettre 3</w:t>
            </w:r>
          </w:p>
        </w:tc>
        <w:tc>
          <w:tcPr>
            <w:tcW w:type="dxa" w:w="3137"/>
          </w:tcPr>
          <w:p>
            <w:r>
              <w:t>Environ 30 jours après l’échéance</w:t>
            </w:r>
          </w:p>
        </w:tc>
        <w:tc>
          <w:tcPr>
            <w:tcW w:type="dxa" w:w="3137"/>
          </w:tcPr>
          <w:p>
            <w:r>
              <w:t>Recommandé avec AR</w:t>
            </w:r>
          </w:p>
        </w:tc>
      </w:tr>
      <w:tr>
        <w:tc>
          <w:tcPr>
            <w:tcW w:type="dxa" w:w="3137"/>
          </w:tcPr>
          <w:p>
            <w:r>
              <w:t>Lettre 4</w:t>
            </w:r>
          </w:p>
        </w:tc>
        <w:tc>
          <w:tcPr>
            <w:tcW w:type="dxa" w:w="3137"/>
          </w:tcPr>
          <w:p>
            <w:r>
              <w:t>Environ 40 jours après l’échéance</w:t>
            </w:r>
          </w:p>
        </w:tc>
        <w:tc>
          <w:tcPr>
            <w:tcW w:type="dxa" w:w="3137"/>
          </w:tcPr>
          <w:p>
            <w:r>
              <w:t>Recommandé avec AR</w:t>
            </w:r>
          </w:p>
        </w:tc>
      </w:tr>
      <w:tr>
        <w:tc>
          <w:tcPr>
            <w:tcW w:type="dxa" w:w="3137"/>
          </w:tcPr>
          <w:p>
            <w:r>
              <w:t>Lettre 5</w:t>
            </w:r>
          </w:p>
        </w:tc>
        <w:tc>
          <w:tcPr>
            <w:tcW w:type="dxa" w:w="3137"/>
          </w:tcPr>
          <w:p>
            <w:r>
              <w:t>Entre 45 et 60 jours après l’échéance</w:t>
            </w:r>
          </w:p>
        </w:tc>
        <w:tc>
          <w:tcPr>
            <w:tcW w:type="dxa" w:w="3137"/>
          </w:tcPr>
          <w:p>
            <w:r>
              <w:t>Recommandé avec AR</w:t>
            </w:r>
          </w:p>
        </w:tc>
      </w:tr>
    </w:tbl>
    <w:p>
      <w:pPr>
        <w:spacing w:after="20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Client particulier ?</w:t>
      </w:r>
    </w:p>
    <w:p>
      <w:pPr>
        <w:spacing w:after="280"/>
      </w:pPr>
      <w:r>
        <w:rPr>
          <w:b w:val="0"/>
          <w:i w:val="0"/>
          <w:sz w:val="22"/>
        </w:rPr>
        <w:t>Les pénalités de retard et l’indemnité forfaitaire de 40 € ne s’appliquent qu’entre professionnels (articles L441-10 et D441-5 du Code de commerce). Si votre client est un particulier, retirez ces mentions des lettres 2, 3 et 5. Contre un particulier, l’action en paiement se prescrit par 2 ans.</w:t>
      </w:r>
    </w:p>
    <w:p>
      <w:pPr>
        <w:spacing w:after="0"/>
      </w:pPr>
      <w:r>
        <w:rPr>
          <w:b w:val="0"/>
          <w:i/>
          <w:color w:val="6E6E73"/>
          <w:sz w:val="21"/>
        </w:rPr>
        <w:t>Envie que les relances partent toutes seules ? PayReminder envoie la séquence de relances par e-mail et s’arrête dès que la facture est payée : payreminder.net</w:t>
      </w:r>
    </w:p>
    <w:p>
      <w:pPr>
        <w:pageBreakBefore/>
        <w:spacing w:after="280"/>
      </w:pPr>
      <w:r>
        <w:rPr>
          <w:b/>
          <w:i w:val="0"/>
          <w:color w:val="0071E3"/>
          <w:sz w:val="18"/>
        </w:rPr>
        <w:t>Lettre 1 : première relance (rappel courtois)</w:t>
      </w:r>
    </w:p>
    <w:p>
      <w:pPr>
        <w:spacing w:after="0"/>
      </w:pPr>
      <w:r>
        <w:rPr>
          <w:b w:val="0"/>
          <w:i w:val="0"/>
          <w:sz w:val="22"/>
        </w:rPr>
        <w:t>[Votre nom ou raison sociale]</w:t>
      </w:r>
    </w:p>
    <w:p>
      <w:pPr>
        <w:spacing w:after="0"/>
      </w:pPr>
      <w:r>
        <w:rPr>
          <w:b w:val="0"/>
          <w:i w:val="0"/>
          <w:sz w:val="22"/>
        </w:rPr>
        <w:t>[Adresse]</w:t>
      </w:r>
    </w:p>
    <w:p>
      <w:pPr>
        <w:spacing w:after="0"/>
      </w:pPr>
      <w:r>
        <w:rPr>
          <w:b w:val="0"/>
          <w:i w:val="0"/>
          <w:sz w:val="22"/>
        </w:rPr>
        <w:t>[Code postal, ville]</w:t>
      </w:r>
    </w:p>
    <w:p>
      <w:pPr>
        <w:spacing w:after="0"/>
      </w:pPr>
      <w:r>
        <w:rPr>
          <w:b w:val="0"/>
          <w:i w:val="0"/>
          <w:sz w:val="22"/>
        </w:rPr>
        <w:t>[SIRET]</w:t>
      </w:r>
    </w:p>
    <w:p>
      <w:pPr>
        <w:spacing w:after="0"/>
      </w:pPr>
      <w:r>
        <w:rPr>
          <w:b w:val="0"/>
          <w:i w:val="0"/>
          <w:sz w:val="22"/>
        </w:rPr>
        <w:t>[E-mail · téléphone]</w:t>
      </w:r>
    </w:p>
    <w:p>
      <w:pPr>
        <w:spacing w:after="200"/>
      </w:pPr>
      <w:r>
        <w:rPr>
          <w:b w:val="0"/>
          <w:i w:val="0"/>
          <w:sz w:val="22"/>
        </w:rPr>
      </w:r>
    </w:p>
    <w:p>
      <w:pPr>
        <w:spacing w:after="0"/>
        <w:ind w:left="5102"/>
      </w:pPr>
      <w:r>
        <w:rPr>
          <w:b w:val="0"/>
          <w:i w:val="0"/>
          <w:sz w:val="22"/>
        </w:rPr>
        <w:t>[Nom du client ou raison sociale]</w:t>
      </w:r>
    </w:p>
    <w:p>
      <w:pPr>
        <w:spacing w:after="0"/>
        <w:ind w:left="5102"/>
      </w:pPr>
      <w:r>
        <w:rPr>
          <w:b w:val="0"/>
          <w:i w:val="0"/>
          <w:sz w:val="22"/>
        </w:rPr>
        <w:t>[Adresse du client]</w:t>
      </w:r>
    </w:p>
    <w:p>
      <w:pPr>
        <w:spacing w:after="0"/>
        <w:ind w:left="5102"/>
      </w:pPr>
      <w:r>
        <w:rPr>
          <w:b w:val="0"/>
          <w:i w:val="0"/>
          <w:sz w:val="22"/>
        </w:rPr>
        <w:t>[Code postal, ville]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320"/>
        <w:ind w:left="5102"/>
      </w:pPr>
      <w:r>
        <w:rPr>
          <w:b w:val="0"/>
          <w:i w:val="0"/>
          <w:sz w:val="22"/>
        </w:rPr>
        <w:t>[Ville], le [date]</w:t>
      </w:r>
    </w:p>
    <w:p>
      <w:pPr>
        <w:spacing w:after="80"/>
      </w:pPr>
      <w:r>
        <w:rPr>
          <w:b/>
        </w:rPr>
        <w:t xml:space="preserve">Objet : </w:t>
      </w:r>
      <w:r>
        <w:rPr>
          <w:b/>
        </w:rPr>
        <w:t>Rappel : facture n° [numéro] arrivée à échéance</w:t>
      </w:r>
    </w:p>
    <w:p>
      <w:pPr>
        <w:spacing w:after="200"/>
      </w:pPr>
      <w:r>
        <w:rPr>
          <w:color w:val="6E6E73"/>
          <w:sz w:val="20"/>
        </w:rPr>
        <w:t>Réf. : facture n° [numéro] du [date d’émission], [montant] € TTC, échue le [date d’échéance]</w:t>
      </w:r>
    </w:p>
    <w:p>
      <w:pPr>
        <w:spacing w:after="200"/>
      </w:pPr>
      <w:r>
        <w:t>Madame, Monsieur,</w:t>
      </w:r>
    </w:p>
    <w:p>
      <w:pPr>
        <w:spacing w:after="200"/>
      </w:pPr>
      <w:r>
        <w:t>Sauf erreur ou omission de notre part, nous n’avons pas encore reçu le règlement de la facture citée en référence, arrivée à échéance le [date d’échéance].</w:t>
      </w:r>
    </w:p>
    <w:p>
      <w:pPr>
        <w:spacing w:after="200"/>
      </w:pPr>
      <w:r>
        <w:t>Il s’agit peut-être d’un simple oubli. Vous trouverez la facture jointe à ce courrier. Le règlement peut se faire par virement sur le compte suivant : [IBAN].</w:t>
      </w:r>
    </w:p>
    <w:p>
      <w:pPr>
        <w:spacing w:after="200"/>
      </w:pPr>
      <w:r>
        <w:t>Si le paiement a été effectué entre-temps, merci de ne pas tenir compte de ce courrier.</w:t>
      </w:r>
    </w:p>
    <w:p>
      <w:pPr>
        <w:spacing w:after="200"/>
      </w:pPr>
      <w:r>
        <w:t>Nous vous prions d’agréer, Madame, Monsieur, nos salutations distinguées.</w:t>
      </w:r>
    </w:p>
    <w:p>
      <w:pPr>
        <w:spacing w:after="200"/>
      </w:pPr>
      <w:r>
        <w:t>[Prénom Nom]</w:t>
      </w:r>
    </w:p>
    <w:p>
      <w:pPr>
        <w:pageBreakBefore/>
        <w:spacing w:after="280"/>
      </w:pPr>
      <w:r>
        <w:rPr>
          <w:b/>
          <w:i w:val="0"/>
          <w:color w:val="0071E3"/>
          <w:sz w:val="18"/>
        </w:rPr>
        <w:t>Lettre 2 : deuxième relance</w:t>
      </w:r>
    </w:p>
    <w:p>
      <w:pPr>
        <w:spacing w:after="0"/>
      </w:pPr>
      <w:r>
        <w:rPr>
          <w:b w:val="0"/>
          <w:i w:val="0"/>
          <w:sz w:val="22"/>
        </w:rPr>
        <w:t>[Votre nom ou raison sociale]</w:t>
      </w:r>
    </w:p>
    <w:p>
      <w:pPr>
        <w:spacing w:after="0"/>
      </w:pPr>
      <w:r>
        <w:rPr>
          <w:b w:val="0"/>
          <w:i w:val="0"/>
          <w:sz w:val="22"/>
        </w:rPr>
        <w:t>[Adresse]</w:t>
      </w:r>
    </w:p>
    <w:p>
      <w:pPr>
        <w:spacing w:after="0"/>
      </w:pPr>
      <w:r>
        <w:rPr>
          <w:b w:val="0"/>
          <w:i w:val="0"/>
          <w:sz w:val="22"/>
        </w:rPr>
        <w:t>[Code postal, ville]</w:t>
      </w:r>
    </w:p>
    <w:p>
      <w:pPr>
        <w:spacing w:after="0"/>
      </w:pPr>
      <w:r>
        <w:rPr>
          <w:b w:val="0"/>
          <w:i w:val="0"/>
          <w:sz w:val="22"/>
        </w:rPr>
        <w:t>[SIRET]</w:t>
      </w:r>
    </w:p>
    <w:p>
      <w:pPr>
        <w:spacing w:after="0"/>
      </w:pPr>
      <w:r>
        <w:rPr>
          <w:b w:val="0"/>
          <w:i w:val="0"/>
          <w:sz w:val="22"/>
        </w:rPr>
        <w:t>[E-mail · téléphone]</w:t>
      </w:r>
    </w:p>
    <w:p>
      <w:pPr>
        <w:spacing w:after="200"/>
      </w:pPr>
      <w:r>
        <w:rPr>
          <w:b w:val="0"/>
          <w:i w:val="0"/>
          <w:sz w:val="22"/>
        </w:rPr>
      </w:r>
    </w:p>
    <w:p>
      <w:pPr>
        <w:spacing w:after="0"/>
        <w:ind w:left="5102"/>
      </w:pPr>
      <w:r>
        <w:rPr>
          <w:b w:val="0"/>
          <w:i w:val="0"/>
          <w:sz w:val="22"/>
        </w:rPr>
        <w:t>[Nom du client ou raison sociale]</w:t>
      </w:r>
    </w:p>
    <w:p>
      <w:pPr>
        <w:spacing w:after="0"/>
        <w:ind w:left="5102"/>
      </w:pPr>
      <w:r>
        <w:rPr>
          <w:b w:val="0"/>
          <w:i w:val="0"/>
          <w:sz w:val="22"/>
        </w:rPr>
        <w:t>[Adresse du client]</w:t>
      </w:r>
    </w:p>
    <w:p>
      <w:pPr>
        <w:spacing w:after="0"/>
        <w:ind w:left="5102"/>
      </w:pPr>
      <w:r>
        <w:rPr>
          <w:b w:val="0"/>
          <w:i w:val="0"/>
          <w:sz w:val="22"/>
        </w:rPr>
        <w:t>[Code postal, ville]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320"/>
        <w:ind w:left="5102"/>
      </w:pPr>
      <w:r>
        <w:rPr>
          <w:b w:val="0"/>
          <w:i w:val="0"/>
          <w:sz w:val="22"/>
        </w:rPr>
        <w:t>[Ville], le [date]</w:t>
      </w:r>
    </w:p>
    <w:p>
      <w:pPr>
        <w:spacing w:after="80"/>
      </w:pPr>
      <w:r>
        <w:rPr>
          <w:b/>
        </w:rPr>
        <w:t xml:space="preserve">Objet : </w:t>
      </w:r>
      <w:r>
        <w:rPr>
          <w:b/>
        </w:rPr>
        <w:t>Deuxième relance : facture n° [numéro] impayée</w:t>
      </w:r>
    </w:p>
    <w:p>
      <w:pPr>
        <w:spacing w:after="200"/>
      </w:pPr>
      <w:r>
        <w:rPr>
          <w:color w:val="6E6E73"/>
          <w:sz w:val="20"/>
        </w:rPr>
        <w:t>Réf. : facture n° [numéro] du [date d’émission], [montant] € TTC, échue le [date d’échéance]</w:t>
      </w:r>
    </w:p>
    <w:p>
      <w:pPr>
        <w:spacing w:after="200"/>
      </w:pPr>
      <w:r>
        <w:t>Madame, Monsieur,</w:t>
      </w:r>
    </w:p>
    <w:p>
      <w:pPr>
        <w:spacing w:after="200"/>
      </w:pPr>
      <w:r>
        <w:t>Par un courrier du [date de la 1re relance], nous vous avons rappelé que la facture citée en référence restait impayée. À ce jour, nous n’avons reçu ni règlement ni réponse de votre part.</w:t>
      </w:r>
    </w:p>
    <w:p>
      <w:pPr>
        <w:spacing w:after="200"/>
      </w:pPr>
      <w:r>
        <w:t>Nous vous remercions de bien vouloir régler cette somme sous 8 jours à compter de la réception du présent courrier.</w:t>
      </w:r>
    </w:p>
    <w:p>
      <w:pPr>
        <w:spacing w:after="200"/>
      </w:pPr>
      <w:r>
        <w:t>Nous vous rappelons que, conformément à nos conditions générales de vente et à l’article L441-10 du Code de commerce, tout retard de paiement entraîne de plein droit des pénalités de retard, ainsi qu’une indemnité forfaitaire pour frais de recouvrement de 40 €.</w:t>
      </w:r>
    </w:p>
    <w:p>
      <w:pPr>
        <w:spacing w:after="200"/>
      </w:pPr>
      <w:r>
        <w:t>Si vous rencontrez une difficulté, contactez-nous au [téléphone] : nous chercherons une solution ensemble.</w:t>
      </w:r>
    </w:p>
    <w:p>
      <w:pPr>
        <w:spacing w:after="200"/>
      </w:pPr>
      <w:r>
        <w:t>Nous vous prions d’agréer, Madame, Monsieur, nos salutations distinguées.</w:t>
      </w:r>
    </w:p>
    <w:p>
      <w:pPr>
        <w:spacing w:after="200"/>
      </w:pPr>
      <w:r>
        <w:t>[Prénom Nom]</w:t>
      </w:r>
    </w:p>
    <w:p>
      <w:pPr>
        <w:pageBreakBefore/>
        <w:spacing w:after="280"/>
      </w:pPr>
      <w:r>
        <w:rPr>
          <w:b/>
          <w:i w:val="0"/>
          <w:color w:val="0071E3"/>
          <w:sz w:val="18"/>
        </w:rPr>
        <w:t>Lettre 3 : troisième relance, avec le montant des pénalités</w:t>
      </w:r>
    </w:p>
    <w:p>
      <w:pPr>
        <w:spacing w:after="240"/>
      </w:pPr>
      <w:r>
        <w:rPr>
          <w:b/>
          <w:i w:val="0"/>
          <w:sz w:val="20"/>
        </w:rPr>
        <w:t>Lettre recommandée avec accusé de réception</w:t>
      </w:r>
    </w:p>
    <w:p>
      <w:pPr>
        <w:spacing w:after="0"/>
      </w:pPr>
      <w:r>
        <w:rPr>
          <w:b w:val="0"/>
          <w:i w:val="0"/>
          <w:sz w:val="22"/>
        </w:rPr>
        <w:t>[Votre nom ou raison sociale]</w:t>
      </w:r>
    </w:p>
    <w:p>
      <w:pPr>
        <w:spacing w:after="0"/>
      </w:pPr>
      <w:r>
        <w:rPr>
          <w:b w:val="0"/>
          <w:i w:val="0"/>
          <w:sz w:val="22"/>
        </w:rPr>
        <w:t>[Adresse]</w:t>
      </w:r>
    </w:p>
    <w:p>
      <w:pPr>
        <w:spacing w:after="0"/>
      </w:pPr>
      <w:r>
        <w:rPr>
          <w:b w:val="0"/>
          <w:i w:val="0"/>
          <w:sz w:val="22"/>
        </w:rPr>
        <w:t>[Code postal, ville]</w:t>
      </w:r>
    </w:p>
    <w:p>
      <w:pPr>
        <w:spacing w:after="0"/>
      </w:pPr>
      <w:r>
        <w:rPr>
          <w:b w:val="0"/>
          <w:i w:val="0"/>
          <w:sz w:val="22"/>
        </w:rPr>
        <w:t>[SIRET]</w:t>
      </w:r>
    </w:p>
    <w:p>
      <w:pPr>
        <w:spacing w:after="0"/>
      </w:pPr>
      <w:r>
        <w:rPr>
          <w:b w:val="0"/>
          <w:i w:val="0"/>
          <w:sz w:val="22"/>
        </w:rPr>
        <w:t>[E-mail · téléphone]</w:t>
      </w:r>
    </w:p>
    <w:p>
      <w:pPr>
        <w:spacing w:after="200"/>
      </w:pPr>
      <w:r>
        <w:rPr>
          <w:b w:val="0"/>
          <w:i w:val="0"/>
          <w:sz w:val="22"/>
        </w:rPr>
      </w:r>
    </w:p>
    <w:p>
      <w:pPr>
        <w:spacing w:after="0"/>
        <w:ind w:left="5102"/>
      </w:pPr>
      <w:r>
        <w:rPr>
          <w:b w:val="0"/>
          <w:i w:val="0"/>
          <w:sz w:val="22"/>
        </w:rPr>
        <w:t>[Nom du client ou raison sociale]</w:t>
      </w:r>
    </w:p>
    <w:p>
      <w:pPr>
        <w:spacing w:after="0"/>
        <w:ind w:left="5102"/>
      </w:pPr>
      <w:r>
        <w:rPr>
          <w:b w:val="0"/>
          <w:i w:val="0"/>
          <w:sz w:val="22"/>
        </w:rPr>
        <w:t>[Adresse du client]</w:t>
      </w:r>
    </w:p>
    <w:p>
      <w:pPr>
        <w:spacing w:after="0"/>
        <w:ind w:left="5102"/>
      </w:pPr>
      <w:r>
        <w:rPr>
          <w:b w:val="0"/>
          <w:i w:val="0"/>
          <w:sz w:val="22"/>
        </w:rPr>
        <w:t>[Code postal, ville]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320"/>
        <w:ind w:left="5102"/>
      </w:pPr>
      <w:r>
        <w:rPr>
          <w:b w:val="0"/>
          <w:i w:val="0"/>
          <w:sz w:val="22"/>
        </w:rPr>
        <w:t>[Ville], le [date]</w:t>
      </w:r>
    </w:p>
    <w:p>
      <w:pPr>
        <w:spacing w:after="80"/>
      </w:pPr>
      <w:r>
        <w:rPr>
          <w:b/>
        </w:rPr>
        <w:t xml:space="preserve">Objet : </w:t>
      </w:r>
      <w:r>
        <w:rPr>
          <w:b/>
        </w:rPr>
        <w:t>Troisième relance : facture n° [numéro] impayée</w:t>
      </w:r>
    </w:p>
    <w:p>
      <w:pPr>
        <w:spacing w:after="200"/>
      </w:pPr>
      <w:r>
        <w:rPr>
          <w:color w:val="6E6E73"/>
          <w:sz w:val="20"/>
        </w:rPr>
        <w:t>Réf. : facture n° [numéro] du [date d’émission], [montant] € TTC, échue le [date d’échéance]</w:t>
      </w:r>
    </w:p>
    <w:p>
      <w:pPr>
        <w:spacing w:after="200"/>
      </w:pPr>
      <w:r>
        <w:t>Madame, Monsieur,</w:t>
      </w:r>
    </w:p>
    <w:p>
      <w:pPr>
        <w:spacing w:after="200"/>
      </w:pPr>
      <w:r>
        <w:t>Malgré nos relances du [date] et du [date], la facture citée en référence demeure impayée, [nombre] jours après son échéance.</w:t>
      </w:r>
    </w:p>
    <w:p>
      <w:pPr>
        <w:spacing w:after="200"/>
      </w:pPr>
      <w:r>
        <w:t>Le montant dû s’établit désormais comme suit :</w:t>
        <w:br/>
      </w:r>
      <w:r>
        <w:t>– montant de la facture : [montant] € TTC</w:t>
        <w:br/>
      </w:r>
      <w:r>
        <w:t>– pénalités de retard au taux de [taux] % par an, depuis le [date d’échéance] : [montant des pénalités] €</w:t>
        <w:br/>
      </w:r>
      <w:r>
        <w:t>– indemnité forfaitaire pour frais de recouvrement : 40 €</w:t>
        <w:br/>
      </w:r>
      <w:r>
        <w:t>Soit un total de [total] €.</w:t>
      </w:r>
    </w:p>
    <w:p>
      <w:pPr>
        <w:spacing w:after="200"/>
      </w:pPr>
      <w:r>
        <w:t>Nous vous demandons de régler cette somme sous 8 jours à compter de la réception du présent courrier.</w:t>
      </w:r>
    </w:p>
    <w:p>
      <w:pPr>
        <w:spacing w:after="200"/>
      </w:pPr>
      <w:r>
        <w:t>Nous vous prions d’agréer, Madame, Monsieur, nos salutations distinguées.</w:t>
      </w:r>
    </w:p>
    <w:p>
      <w:pPr>
        <w:spacing w:after="200"/>
      </w:pPr>
      <w:r>
        <w:t>[Prénom Nom]</w:t>
      </w:r>
    </w:p>
    <w:p>
      <w:pPr>
        <w:pageBreakBefore/>
        <w:spacing w:after="280"/>
      </w:pPr>
      <w:r>
        <w:rPr>
          <w:b/>
          <w:i w:val="0"/>
          <w:color w:val="0071E3"/>
          <w:sz w:val="18"/>
        </w:rPr>
        <w:t>Lettre 4 : quatrième relance, avec une proposition d’échéancier</w:t>
      </w:r>
    </w:p>
    <w:p>
      <w:pPr>
        <w:spacing w:after="240"/>
      </w:pPr>
      <w:r>
        <w:rPr>
          <w:b/>
          <w:i w:val="0"/>
          <w:sz w:val="20"/>
        </w:rPr>
        <w:t>Lettre recommandée avec accusé de réception</w:t>
      </w:r>
    </w:p>
    <w:p>
      <w:pPr>
        <w:spacing w:after="0"/>
      </w:pPr>
      <w:r>
        <w:rPr>
          <w:b w:val="0"/>
          <w:i w:val="0"/>
          <w:sz w:val="22"/>
        </w:rPr>
        <w:t>[Votre nom ou raison sociale]</w:t>
      </w:r>
    </w:p>
    <w:p>
      <w:pPr>
        <w:spacing w:after="0"/>
      </w:pPr>
      <w:r>
        <w:rPr>
          <w:b w:val="0"/>
          <w:i w:val="0"/>
          <w:sz w:val="22"/>
        </w:rPr>
        <w:t>[Adresse]</w:t>
      </w:r>
    </w:p>
    <w:p>
      <w:pPr>
        <w:spacing w:after="0"/>
      </w:pPr>
      <w:r>
        <w:rPr>
          <w:b w:val="0"/>
          <w:i w:val="0"/>
          <w:sz w:val="22"/>
        </w:rPr>
        <w:t>[Code postal, ville]</w:t>
      </w:r>
    </w:p>
    <w:p>
      <w:pPr>
        <w:spacing w:after="0"/>
      </w:pPr>
      <w:r>
        <w:rPr>
          <w:b w:val="0"/>
          <w:i w:val="0"/>
          <w:sz w:val="22"/>
        </w:rPr>
        <w:t>[SIRET]</w:t>
      </w:r>
    </w:p>
    <w:p>
      <w:pPr>
        <w:spacing w:after="0"/>
      </w:pPr>
      <w:r>
        <w:rPr>
          <w:b w:val="0"/>
          <w:i w:val="0"/>
          <w:sz w:val="22"/>
        </w:rPr>
        <w:t>[E-mail · téléphone]</w:t>
      </w:r>
    </w:p>
    <w:p>
      <w:pPr>
        <w:spacing w:after="200"/>
      </w:pPr>
      <w:r>
        <w:rPr>
          <w:b w:val="0"/>
          <w:i w:val="0"/>
          <w:sz w:val="22"/>
        </w:rPr>
      </w:r>
    </w:p>
    <w:p>
      <w:pPr>
        <w:spacing w:after="0"/>
        <w:ind w:left="5102"/>
      </w:pPr>
      <w:r>
        <w:rPr>
          <w:b w:val="0"/>
          <w:i w:val="0"/>
          <w:sz w:val="22"/>
        </w:rPr>
        <w:t>[Nom du client ou raison sociale]</w:t>
      </w:r>
    </w:p>
    <w:p>
      <w:pPr>
        <w:spacing w:after="0"/>
        <w:ind w:left="5102"/>
      </w:pPr>
      <w:r>
        <w:rPr>
          <w:b w:val="0"/>
          <w:i w:val="0"/>
          <w:sz w:val="22"/>
        </w:rPr>
        <w:t>[Adresse du client]</w:t>
      </w:r>
    </w:p>
    <w:p>
      <w:pPr>
        <w:spacing w:after="0"/>
        <w:ind w:left="5102"/>
      </w:pPr>
      <w:r>
        <w:rPr>
          <w:b w:val="0"/>
          <w:i w:val="0"/>
          <w:sz w:val="22"/>
        </w:rPr>
        <w:t>[Code postal, ville]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320"/>
        <w:ind w:left="5102"/>
      </w:pPr>
      <w:r>
        <w:rPr>
          <w:b w:val="0"/>
          <w:i w:val="0"/>
          <w:sz w:val="22"/>
        </w:rPr>
        <w:t>[Ville], le [date]</w:t>
      </w:r>
    </w:p>
    <w:p>
      <w:pPr>
        <w:spacing w:after="80"/>
      </w:pPr>
      <w:r>
        <w:rPr>
          <w:b/>
        </w:rPr>
        <w:t xml:space="preserve">Objet : </w:t>
      </w:r>
      <w:r>
        <w:rPr>
          <w:b/>
        </w:rPr>
        <w:t>Quatrième relance : facture n° [numéro], proposition d’échéancier</w:t>
      </w:r>
    </w:p>
    <w:p>
      <w:pPr>
        <w:spacing w:after="200"/>
      </w:pPr>
      <w:r>
        <w:rPr>
          <w:color w:val="6E6E73"/>
          <w:sz w:val="20"/>
        </w:rPr>
        <w:t>Réf. : facture n° [numéro] du [date d’émission], [montant] € TTC, échue le [date d’échéance]</w:t>
      </w:r>
    </w:p>
    <w:p>
      <w:pPr>
        <w:spacing w:after="200"/>
      </w:pPr>
      <w:r>
        <w:t>Madame, Monsieur,</w:t>
      </w:r>
    </w:p>
    <w:p>
      <w:pPr>
        <w:spacing w:after="200"/>
      </w:pPr>
      <w:r>
        <w:t>La facture citée en référence reste impayée malgré nos relances du [date], du [date] et du [date].</w:t>
      </w:r>
    </w:p>
    <w:p>
      <w:pPr>
        <w:spacing w:after="200"/>
      </w:pPr>
      <w:r>
        <w:t>Si vous traversez une difficulté passagère, nous pouvons vous accorder un échéancier : [nombre] versements de [montant] €, le premier au plus tard le [date]. Merci de nous confirmer votre accord par écrit avant le [date].</w:t>
      </w:r>
    </w:p>
    <w:p>
      <w:pPr>
        <w:spacing w:after="200"/>
      </w:pPr>
      <w:r>
        <w:t>À défaut d’accord ou de règlement à cette date, nous serons contraints de vous adresser une mise en demeure de payer.</w:t>
      </w:r>
    </w:p>
    <w:p>
      <w:pPr>
        <w:spacing w:after="200"/>
      </w:pPr>
      <w:r>
        <w:t>Nous vous prions d’agréer, Madame, Monsieur, nos salutations distinguées.</w:t>
      </w:r>
    </w:p>
    <w:p>
      <w:pPr>
        <w:spacing w:after="200"/>
      </w:pPr>
      <w:r>
        <w:t>[Prénom Nom]</w:t>
      </w:r>
    </w:p>
    <w:p>
      <w:pPr>
        <w:pageBreakBefore/>
        <w:spacing w:after="280"/>
      </w:pPr>
      <w:r>
        <w:rPr>
          <w:b/>
          <w:i w:val="0"/>
          <w:color w:val="0071E3"/>
          <w:sz w:val="18"/>
        </w:rPr>
        <w:t>Lettre 5 : dernier rappel avant mise en demeure</w:t>
      </w:r>
    </w:p>
    <w:p>
      <w:pPr>
        <w:spacing w:after="240"/>
      </w:pPr>
      <w:r>
        <w:rPr>
          <w:b/>
          <w:i w:val="0"/>
          <w:sz w:val="20"/>
        </w:rPr>
        <w:t>Lettre recommandée avec accusé de réception</w:t>
      </w:r>
    </w:p>
    <w:p>
      <w:pPr>
        <w:spacing w:after="0"/>
      </w:pPr>
      <w:r>
        <w:rPr>
          <w:b w:val="0"/>
          <w:i w:val="0"/>
          <w:sz w:val="22"/>
        </w:rPr>
        <w:t>[Votre nom ou raison sociale]</w:t>
      </w:r>
    </w:p>
    <w:p>
      <w:pPr>
        <w:spacing w:after="0"/>
      </w:pPr>
      <w:r>
        <w:rPr>
          <w:b w:val="0"/>
          <w:i w:val="0"/>
          <w:sz w:val="22"/>
        </w:rPr>
        <w:t>[Adresse]</w:t>
      </w:r>
    </w:p>
    <w:p>
      <w:pPr>
        <w:spacing w:after="0"/>
      </w:pPr>
      <w:r>
        <w:rPr>
          <w:b w:val="0"/>
          <w:i w:val="0"/>
          <w:sz w:val="22"/>
        </w:rPr>
        <w:t>[Code postal, ville]</w:t>
      </w:r>
    </w:p>
    <w:p>
      <w:pPr>
        <w:spacing w:after="0"/>
      </w:pPr>
      <w:r>
        <w:rPr>
          <w:b w:val="0"/>
          <w:i w:val="0"/>
          <w:sz w:val="22"/>
        </w:rPr>
        <w:t>[SIRET]</w:t>
      </w:r>
    </w:p>
    <w:p>
      <w:pPr>
        <w:spacing w:after="0"/>
      </w:pPr>
      <w:r>
        <w:rPr>
          <w:b w:val="0"/>
          <w:i w:val="0"/>
          <w:sz w:val="22"/>
        </w:rPr>
        <w:t>[E-mail · téléphone]</w:t>
      </w:r>
    </w:p>
    <w:p>
      <w:pPr>
        <w:spacing w:after="200"/>
      </w:pPr>
      <w:r>
        <w:rPr>
          <w:b w:val="0"/>
          <w:i w:val="0"/>
          <w:sz w:val="22"/>
        </w:rPr>
      </w:r>
    </w:p>
    <w:p>
      <w:pPr>
        <w:spacing w:after="0"/>
        <w:ind w:left="5102"/>
      </w:pPr>
      <w:r>
        <w:rPr>
          <w:b w:val="0"/>
          <w:i w:val="0"/>
          <w:sz w:val="22"/>
        </w:rPr>
        <w:t>[Nom du client ou raison sociale]</w:t>
      </w:r>
    </w:p>
    <w:p>
      <w:pPr>
        <w:spacing w:after="0"/>
        <w:ind w:left="5102"/>
      </w:pPr>
      <w:r>
        <w:rPr>
          <w:b w:val="0"/>
          <w:i w:val="0"/>
          <w:sz w:val="22"/>
        </w:rPr>
        <w:t>[Adresse du client]</w:t>
      </w:r>
    </w:p>
    <w:p>
      <w:pPr>
        <w:spacing w:after="0"/>
        <w:ind w:left="5102"/>
      </w:pPr>
      <w:r>
        <w:rPr>
          <w:b w:val="0"/>
          <w:i w:val="0"/>
          <w:sz w:val="22"/>
        </w:rPr>
        <w:t>[Code postal, ville]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320"/>
        <w:ind w:left="5102"/>
      </w:pPr>
      <w:r>
        <w:rPr>
          <w:b w:val="0"/>
          <w:i w:val="0"/>
          <w:sz w:val="22"/>
        </w:rPr>
        <w:t>[Ville], le [date]</w:t>
      </w:r>
    </w:p>
    <w:p>
      <w:pPr>
        <w:spacing w:after="80"/>
      </w:pPr>
      <w:r>
        <w:rPr>
          <w:b/>
        </w:rPr>
        <w:t xml:space="preserve">Objet : </w:t>
      </w:r>
      <w:r>
        <w:rPr>
          <w:b/>
        </w:rPr>
        <w:t>Dernier rappel avant mise en demeure : facture n° [numéro]</w:t>
      </w:r>
    </w:p>
    <w:p>
      <w:pPr>
        <w:spacing w:after="200"/>
      </w:pPr>
      <w:r>
        <w:rPr>
          <w:color w:val="6E6E73"/>
          <w:sz w:val="20"/>
        </w:rPr>
        <w:t>Réf. : facture n° [numéro] du [date d’émission], [montant] € TTC, échue le [date d’échéance]</w:t>
      </w:r>
    </w:p>
    <w:p>
      <w:pPr>
        <w:spacing w:after="200"/>
      </w:pPr>
      <w:r>
        <w:t>Madame, Monsieur,</w:t>
      </w:r>
    </w:p>
    <w:p>
      <w:pPr>
        <w:spacing w:after="200"/>
      </w:pPr>
      <w:r>
        <w:t>En dépit de nos relances du [date], du [date] et du [date], la facture citée en référence n’est toujours pas réglée.</w:t>
      </w:r>
    </w:p>
    <w:p>
      <w:pPr>
        <w:spacing w:after="200"/>
      </w:pPr>
      <w:r>
        <w:t>Nous vous accordons un ultime délai de 8 jours à compter de la réception de la présente pour régler la somme de [total] €, pénalités de retard et indemnité forfaitaire de 40 € comprises.</w:t>
      </w:r>
    </w:p>
    <w:p>
      <w:pPr>
        <w:spacing w:after="200"/>
      </w:pPr>
      <w:r>
        <w:t>Sans règlement dans ce délai, nous vous adresserons une mise en demeure de payer, puis engagerons si nécessaire une procédure de recouvrement, comme l’injonction de payer.</w:t>
      </w:r>
    </w:p>
    <w:p>
      <w:pPr>
        <w:spacing w:after="200"/>
      </w:pPr>
      <w:r>
        <w:t>Nous vous prions d’agréer, Madame, Monsieur, nos salutations distinguées.</w:t>
      </w:r>
    </w:p>
    <w:p>
      <w:pPr>
        <w:spacing w:after="200"/>
      </w:pPr>
      <w:r>
        <w:t>[Prénom Nom]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73"/>
        <w:sz w:val="16"/>
      </w:rPr>
      <w:t>Modèles gratuits proposés par PayReminder · payreminder.net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modèles de lettre de relance de facture impayée</dc:title>
  <dc:subject/>
  <dc:creator>PayReminder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